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  <w:u w:val="none"/>
        </w:rPr>
        <w:t>HEVOSEN KAUPPAKIRJA</w:t>
      </w:r>
    </w:p>
    <w:p>
      <w:r>
        <w:rPr>
          <w:color w:val="000000"/>
          <w:u w:val="none"/>
        </w:rPr>
        <w:t>PonyLex | Täytettävä sopimuspohja kotimaiseen hevoskauppaan</w:t>
      </w:r>
    </w:p>
    <w:p>
      <w:r>
        <w:rPr>
          <w:color w:val="000000"/>
          <w:u w:val="none"/>
        </w:rPr>
        <w:t>Täytä kaikki olennaiset kohdat. Merkitse tarvittaessa ”ei tiedossa” tai ”ei sovellu”. Sopimus tulee mukauttaa kaupan olosuhteisiin ja pakottavaan lainsäädäntöön.</w:t>
      </w:r>
    </w:p>
    <w:p>
      <w:pPr>
        <w:pStyle w:val="Heading1"/>
      </w:pPr>
      <w:r>
        <w:rPr>
          <w:color w:val="000000"/>
          <w:u w:val="none"/>
        </w:rPr>
        <w:t>1. Kaupan osapuolet</w:t>
      </w:r>
    </w:p>
    <w:p>
      <w:r>
        <w:rPr>
          <w:color w:val="000000"/>
          <w:u w:val="none"/>
        </w:rPr>
        <w:t>Myyjä / yritys ja Y-tunnus: __________________________________________</w:t>
      </w:r>
    </w:p>
    <w:p>
      <w:r>
        <w:rPr>
          <w:color w:val="000000"/>
          <w:u w:val="none"/>
        </w:rPr>
        <w:t>Osoite, puhelin ja sähköposti: __________________________________________</w:t>
      </w:r>
    </w:p>
    <w:p>
      <w:r>
        <w:rPr>
          <w:color w:val="000000"/>
          <w:u w:val="none"/>
        </w:rPr>
        <w:t>Ostaja / yritys ja Y-tunnus: __________________________________________</w:t>
      </w:r>
    </w:p>
    <w:p>
      <w:r>
        <w:rPr>
          <w:color w:val="000000"/>
          <w:u w:val="none"/>
        </w:rPr>
        <w:t>Osoite, puhelin ja sähköposti: __________________________________________</w:t>
      </w:r>
    </w:p>
    <w:p>
      <w:r>
        <w:rPr>
          <w:color w:val="000000"/>
          <w:u w:val="none"/>
        </w:rPr>
        <w:t>Myyjä toimii: ☐ yksityishenkilönä  ☐ elinkeinonharjoittajana</w:t>
      </w:r>
    </w:p>
    <w:p>
      <w:r>
        <w:rPr>
          <w:color w:val="000000"/>
          <w:u w:val="none"/>
        </w:rPr>
        <w:t>Ostaja toimii: ☐ kuluttajana  ☐ elinkeinonharjoittajana / muussa tarkoituksessa</w:t>
      </w:r>
    </w:p>
    <w:p>
      <w:pPr>
        <w:pStyle w:val="Heading1"/>
      </w:pPr>
      <w:r>
        <w:rPr>
          <w:color w:val="000000"/>
          <w:u w:val="none"/>
        </w:rPr>
        <w:t>2. Kaupan kohde</w:t>
      </w:r>
    </w:p>
    <w:p>
      <w:r>
        <w:rPr>
          <w:color w:val="000000"/>
          <w:u w:val="none"/>
        </w:rPr>
        <w:t>Hevosen nimi ja mahdollinen rekisterinimi: ______________________________</w:t>
      </w:r>
    </w:p>
    <w:p>
      <w:r>
        <w:rPr>
          <w:color w:val="000000"/>
          <w:u w:val="none"/>
        </w:rPr>
        <w:t>UELN / rekisterinumero / mikrosirunumero: ______________________________</w:t>
      </w:r>
    </w:p>
    <w:p>
      <w:r>
        <w:rPr>
          <w:color w:val="000000"/>
          <w:u w:val="none"/>
        </w:rPr>
        <w:t>Syntymäaika, rotu, sukupuoli ja väri: __________________________________</w:t>
      </w:r>
    </w:p>
    <w:p>
      <w:r>
        <w:rPr>
          <w:color w:val="000000"/>
          <w:u w:val="none"/>
        </w:rPr>
        <w:t>Hevospassin numero ja myöntäjä: ______________________________________</w:t>
      </w:r>
    </w:p>
    <w:p>
      <w:r>
        <w:rPr>
          <w:color w:val="000000"/>
          <w:u w:val="none"/>
        </w:rPr>
        <w:t>Myyjä vakuuttaa olevansa hevosen omistaja ja oikeutettu luovuttamaan sen.</w:t>
      </w:r>
    </w:p>
    <w:p>
      <w:r>
        <w:rPr>
          <w:color w:val="000000"/>
          <w:u w:val="none"/>
        </w:rPr>
        <w:t>Omistus-, pantti-, leasing- tai muut oikeudet / rajoitukset: ________________</w:t>
      </w:r>
    </w:p>
    <w:p>
      <w:pPr>
        <w:pStyle w:val="Heading1"/>
      </w:pPr>
      <w:r>
        <w:rPr>
          <w:color w:val="000000"/>
          <w:u w:val="none"/>
        </w:rPr>
        <w:t>3. Käyttötarkoitus ja myyjän antamat tiedot</w:t>
      </w:r>
    </w:p>
    <w:p>
      <w:r>
        <w:rPr>
          <w:color w:val="000000"/>
          <w:u w:val="none"/>
        </w:rPr>
        <w:t>Ostajan ilmoittama käyttötarkoitus (esim. harraste, kilpa-, siitoshevonen, taso):</w:t>
      </w:r>
    </w:p>
    <w:p>
      <w:r>
        <w:rPr>
          <w:color w:val="000000"/>
          <w:u w:val="none"/>
        </w:rPr>
        <w:t>_____________________________________________________________________</w:t>
      </w:r>
    </w:p>
    <w:p>
      <w:r>
        <w:rPr>
          <w:color w:val="000000"/>
          <w:u w:val="none"/>
        </w:rPr>
        <w:t>Myyjän ilmoittama koulutustaso, kilpailutulokset, käsiteltävyys ja luonne:</w:t>
      </w:r>
    </w:p>
    <w:p>
      <w:r>
        <w:rPr>
          <w:color w:val="000000"/>
          <w:u w:val="none"/>
        </w:rPr>
        <w:t>_____________________________________________________________________</w:t>
      </w:r>
    </w:p>
    <w:p>
      <w:r>
        <w:rPr>
          <w:color w:val="000000"/>
          <w:u w:val="none"/>
        </w:rPr>
        <w:t>Tiedossa olevat sairaudet, vammat, ontumat, oireet, lääkitykset, hoidot ja leikkaukset sekä käyttäytymisongelmat (tarvittaessa liite):</w:t>
      </w:r>
    </w:p>
    <w:p>
      <w:r>
        <w:rPr>
          <w:color w:val="000000"/>
          <w:u w:val="none"/>
        </w:rPr>
        <w:t>_____________________________________________________________________</w:t>
      </w:r>
    </w:p>
    <w:p>
      <w:r>
        <w:rPr>
          <w:color w:val="000000"/>
          <w:u w:val="none"/>
        </w:rPr>
        <w:t>Aikaisemmat eläinlääkärin tutkimukset, kuvat ja lausunnot, jotka on annettu ostajalle:</w:t>
      </w:r>
    </w:p>
    <w:p>
      <w:r>
        <w:rPr>
          <w:color w:val="000000"/>
          <w:u w:val="none"/>
        </w:rPr>
        <w:t>_____________________________________________________________________</w:t>
      </w:r>
    </w:p>
    <w:p>
      <w:r>
        <w:rPr>
          <w:color w:val="000000"/>
          <w:u w:val="none"/>
        </w:rPr>
        <w:t>Myyjän nimenomaiset yksilöidyt ilmoitukset ja mahdolliset poikkeamat ostajan odotuksista:</w:t>
      </w:r>
    </w:p>
    <w:p>
      <w:r>
        <w:rPr>
          <w:color w:val="000000"/>
          <w:u w:val="none"/>
        </w:rPr>
        <w:t>_____________________________________________________________________</w:t>
      </w:r>
    </w:p>
    <w:p>
      <w:pPr>
        <w:pStyle w:val="Heading1"/>
      </w:pPr>
      <w:r>
        <w:rPr>
          <w:color w:val="000000"/>
          <w:u w:val="none"/>
        </w:rPr>
        <w:t>4. Tarkastukset ja koeratsastus</w:t>
      </w:r>
    </w:p>
    <w:p>
      <w:r>
        <w:rPr>
          <w:color w:val="000000"/>
          <w:u w:val="none"/>
        </w:rPr>
        <w:t>Ostaja on tutustunut hevoseen seuraavasti: _____________________________</w:t>
      </w:r>
    </w:p>
    <w:p>
      <w:r>
        <w:rPr>
          <w:color w:val="000000"/>
          <w:u w:val="none"/>
        </w:rPr>
        <w:t>Koeratsastus / käsittely (päivämäärä ja osallistujat): _____________________</w:t>
      </w:r>
    </w:p>
    <w:p>
      <w:r>
        <w:rPr>
          <w:color w:val="000000"/>
          <w:u w:val="none"/>
        </w:rPr>
        <w:t>Ostotarkastus: ☐ tehty  ☐ ei tehty; päivä, eläinlääkäri: ________________</w:t>
      </w:r>
    </w:p>
    <w:p>
      <w:r>
        <w:rPr>
          <w:color w:val="000000"/>
          <w:u w:val="none"/>
        </w:rPr>
        <w:t>Tutkimuksen laajuus ja havainnot / liitteen numero: _____________________</w:t>
      </w:r>
    </w:p>
    <w:p>
      <w:r>
        <w:rPr>
          <w:color w:val="000000"/>
          <w:u w:val="none"/>
        </w:rPr>
        <w:t>Mahdolliset lisätutkimukset ja niiden tulokset: _________________________</w:t>
      </w:r>
    </w:p>
    <w:p>
      <w:r>
        <w:rPr>
          <w:color w:val="000000"/>
          <w:u w:val="none"/>
        </w:rPr>
        <w:t>Ostajan tarkastushavainnot ja erikseen hyväksymät yksilöidyt poikkeamat:</w:t>
      </w:r>
    </w:p>
    <w:p>
      <w:r>
        <w:rPr>
          <w:color w:val="000000"/>
          <w:u w:val="none"/>
        </w:rPr>
        <w:t>_____________________________________________________________________</w:t>
      </w:r>
    </w:p>
    <w:p>
      <w:pPr>
        <w:pStyle w:val="Heading1"/>
      </w:pPr>
      <w:r>
        <w:rPr>
          <w:color w:val="000000"/>
          <w:u w:val="none"/>
        </w:rPr>
        <w:t>5. Kauppahinta ja maksaminen</w:t>
      </w:r>
    </w:p>
    <w:p>
      <w:r>
        <w:rPr>
          <w:color w:val="000000"/>
          <w:u w:val="none"/>
        </w:rPr>
        <w:t>Kauppahinta yhteensä: ______________ euroa</w:t>
      </w:r>
    </w:p>
    <w:p>
      <w:r>
        <w:rPr>
          <w:color w:val="000000"/>
          <w:u w:val="none"/>
        </w:rPr>
        <w:t>ALV-käsittely (vain jos soveltuu): ______________________________________</w:t>
      </w:r>
    </w:p>
    <w:p>
      <w:r>
        <w:rPr>
          <w:color w:val="000000"/>
          <w:u w:val="none"/>
        </w:rPr>
        <w:t>Varausmaksu / käsiraha ja sen ehdot: __________________________________</w:t>
      </w:r>
    </w:p>
    <w:p>
      <w:r>
        <w:rPr>
          <w:color w:val="000000"/>
          <w:u w:val="none"/>
        </w:rPr>
        <w:t>Maksutapa, eräpäivä ja tilinumero: ____________________________________</w:t>
      </w:r>
    </w:p>
    <w:p>
      <w:r>
        <w:rPr>
          <w:color w:val="000000"/>
          <w:u w:val="none"/>
        </w:rPr>
        <w:t>Omistusoikeus siirtyy: _______________________________________________</w:t>
      </w:r>
    </w:p>
    <w:p>
      <w:r>
        <w:rPr>
          <w:color w:val="000000"/>
          <w:u w:val="none"/>
        </w:rPr>
        <w:t>Hallinta ja vahingonvaara siirtyvät: ___________________________________</w:t>
      </w:r>
    </w:p>
    <w:p>
      <w:pPr>
        <w:pStyle w:val="Heading1"/>
      </w:pPr>
      <w:r>
        <w:rPr>
          <w:color w:val="000000"/>
          <w:u w:val="none"/>
        </w:rPr>
        <w:t>6. Luovutus, asiakirjat ja kustannukset</w:t>
      </w:r>
    </w:p>
    <w:p>
      <w:r>
        <w:rPr>
          <w:color w:val="000000"/>
          <w:u w:val="none"/>
        </w:rPr>
        <w:t>Luovutuspäivä, -aika ja -paikka: ______________________________________</w:t>
      </w:r>
    </w:p>
    <w:p>
      <w:r>
        <w:rPr>
          <w:color w:val="000000"/>
          <w:u w:val="none"/>
        </w:rPr>
        <w:t>Kuljetuksen järjestäjä ja kustannusten maksaja: _________________________</w:t>
      </w:r>
    </w:p>
    <w:p>
      <w:r>
        <w:rPr>
          <w:color w:val="000000"/>
          <w:u w:val="none"/>
        </w:rPr>
        <w:t>Luovutettavat asiakirjat: ☐ alkuperäinen hevospassi ☐ omistajanvaihdosasiakirjat ☐ eläinlääkärilausunnot ☐ muut: __________</w:t>
      </w:r>
    </w:p>
    <w:p>
      <w:r>
        <w:rPr>
          <w:color w:val="000000"/>
          <w:u w:val="none"/>
        </w:rPr>
        <w:t>Rekisteri- ja omistajanvaihdosilmoituksista vastaa: _____________________</w:t>
      </w:r>
    </w:p>
    <w:p>
      <w:r>
        <w:rPr>
          <w:color w:val="000000"/>
          <w:u w:val="none"/>
        </w:rPr>
        <w:t>Vakuutus ja tallipaikka luovutuksen jälkeen: ___________________________</w:t>
      </w:r>
    </w:p>
    <w:p>
      <w:pPr>
        <w:pStyle w:val="Heading1"/>
      </w:pPr>
      <w:r>
        <w:rPr>
          <w:color w:val="000000"/>
          <w:u w:val="none"/>
        </w:rPr>
        <w:t>7. Virhetilanteet ja yhteydenpito</w:t>
      </w:r>
    </w:p>
    <w:p>
      <w:r>
        <w:rPr>
          <w:color w:val="000000"/>
          <w:u w:val="none"/>
        </w:rPr>
        <w:t>Ostaja ilmoittaa havaitsemistaan mahdollisista virheistä myyjälle ilman aiheetonta viivytystä ja antaa mahdollisuuksien mukaan riittävät tiedot havainnoista ja eläinlääkärin tutkimuksista.</w:t>
      </w:r>
    </w:p>
    <w:p>
      <w:r>
        <w:rPr>
          <w:color w:val="000000"/>
          <w:u w:val="none"/>
        </w:rPr>
        <w:t>Mahdolliset virhevastuuta koskevat kysymykset ratkaistaan sovellettavan lain perusteella. Tämä sopimus ei rajoita ostajan pakottavaan lainsäädäntöön perustuvia oikeuksia.</w:t>
      </w:r>
    </w:p>
    <w:p>
      <w:r>
        <w:rPr>
          <w:color w:val="000000"/>
          <w:u w:val="none"/>
        </w:rPr>
        <w:t>Sovittu kirjallinen yhteydenottotapa: __________________________________</w:t>
      </w:r>
    </w:p>
    <w:p>
      <w:pPr>
        <w:pStyle w:val="Heading1"/>
      </w:pPr>
      <w:r>
        <w:rPr>
          <w:color w:val="000000"/>
          <w:u w:val="none"/>
        </w:rPr>
        <w:t>8. Muut ehdot ja liitteet</w:t>
      </w:r>
    </w:p>
    <w:p>
      <w:r>
        <w:rPr>
          <w:color w:val="000000"/>
          <w:u w:val="none"/>
        </w:rPr>
        <w:t>Muut yksilöllisesti neuvotellut ehdot: __________________________________</w:t>
      </w:r>
    </w:p>
    <w:p>
      <w:r>
        <w:rPr>
          <w:color w:val="000000"/>
          <w:u w:val="none"/>
        </w:rPr>
        <w:t>_____________________________________________________________________</w:t>
      </w:r>
    </w:p>
    <w:p>
      <w:r>
        <w:rPr>
          <w:color w:val="000000"/>
          <w:u w:val="none"/>
        </w:rPr>
        <w:t>Liitteet (luettele, päivää ja yksilöi): __________________________________</w:t>
      </w:r>
    </w:p>
    <w:p>
      <w:r>
        <w:rPr>
          <w:color w:val="000000"/>
          <w:u w:val="none"/>
        </w:rPr>
        <w:t>_____________________________________________________________________</w:t>
      </w:r>
    </w:p>
    <w:p>
      <w:pPr>
        <w:pStyle w:val="Heading1"/>
      </w:pPr>
      <w:r>
        <w:rPr>
          <w:color w:val="000000"/>
          <w:u w:val="none"/>
        </w:rPr>
        <w:t>9. Allekirjoitukset</w:t>
      </w:r>
    </w:p>
    <w:p>
      <w:r>
        <w:rPr>
          <w:color w:val="000000"/>
          <w:u w:val="none"/>
        </w:rPr>
        <w:t>Paikka ja päiväys: __________________________________________________</w:t>
      </w:r>
    </w:p>
    <w:p>
      <w:r>
        <w:rPr>
          <w:color w:val="000000"/>
          <w:u w:val="none"/>
        </w:rPr>
        <w:t>Myyjän allekirjoitus ja nimenselvennys: _________________________________</w:t>
      </w:r>
    </w:p>
    <w:p>
      <w:r>
        <w:rPr>
          <w:color w:val="000000"/>
          <w:u w:val="none"/>
        </w:rPr>
        <w:t>Ostajan allekirjoitus ja nimenselvennys: _________________________________</w:t>
      </w:r>
    </w:p>
    <w:p>
      <w:r>
        <w:rPr>
          <w:color w:val="000000"/>
          <w:u w:val="none"/>
        </w:rPr>
        <w:t>Huomautus: Hevospassi ei yksin osoita omistusoikeutta. Kuluttajakaupassa pakottavaa kuluttajansuojalakia ei voida syrjäyttää yleisellä ”sellaisena kuin se on” -ehdolla. Tarkista ulkomaankauppaan, osamaksuun ja välityskauppaan liittyvät erityisehdot erikseen.</w:t>
      </w:r>
    </w:p>
    <w:sectPr w:rsidR="00FC693F" w:rsidRPr="0006063C" w:rsidSect="00034616">
      <w:pgSz w:w="12240" w:h="15840"/>
      <w:pgMar w:top="1191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000000"/>
      <w:sz w:val="20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  <w:u w:val="none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  <w:u w:val="none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  <w:u w:val="none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  <w:u w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u w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  <w:u w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u w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  <w:u w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  <w:u w:val="none"/>
    </w:rPr>
  </w:style>
  <w:style w:type="character" w:default="1" w:styleId="DefaultParagraphFont">
    <w:name w:val="Default Paragraph Font"/>
    <w:uiPriority w:val="1"/>
    <w:semiHidden/>
    <w:unhideWhenUsed/>
    <w:rPr>
      <w:color w:val="000000"/>
      <w:u w:val="none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  <w:u w:val="none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  <w:u w:val="none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  <w:u w:val="none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  <w:u w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  <w:u w:val="none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000000"/>
      <w:u w:val="none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000000"/>
      <w:u w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  <w:u w:val="none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000000"/>
      <w:u w:val="none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  <w:u w:val="none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000000"/>
      <w:sz w:val="16"/>
      <w:szCs w:val="16"/>
      <w:u w:val="none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color w:val="000000"/>
      <w:sz w:val="16"/>
      <w:szCs w:val="16"/>
      <w:u w:val="none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000000"/>
      <w:u w:val="none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000000"/>
      <w:u w:val="none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000000"/>
      <w:u w:val="none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color w:val="000000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000000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000000"/>
      <w:u w:val="none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000000"/>
      <w:u w:val="none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000000"/>
      <w:u w:val="none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000000"/>
      <w:u w:val="none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000000"/>
      <w:u w:val="none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000000"/>
      <w:u w:val="none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000000"/>
      <w:u w:val="none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  <w:u w:val="none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color w:val="000000"/>
      <w:sz w:val="20"/>
      <w:szCs w:val="20"/>
      <w:u w:val="none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  <w:u w:val="none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  <w:u w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  <w:u w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  <w:u w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u w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u w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  <w:u w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  <w:u w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  <w:u w:val="none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  <w:u w:val="non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000000"/>
      <w:u w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  <w:u w:val="none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  <w:u w:val="none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  <w:u w:val="none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non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non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000000"/>
      <w:spacing w:val="5"/>
      <w:u w:val="non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000000"/>
      <w:u w:val="none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